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ＭＳ 明朝" w:hAnsi="ＭＳ 明朝" w:eastAsia="ＭＳ 明朝" w:cs="ＭＳ 明朝"/>
          <w:color w:val="808080"/>
          <w:sz w:val="18"/>
          <w:szCs w:val="18"/>
        </w:rPr>
        <w:t xml:space="preserve">［ ］の中を自分の内容に書き換え、していない作業や使わない行は消してください。この行も消してから使います。</w:t>
      </w:r>
    </w:p>
    <w:p>
      <w:pPr>
        <w:pStyle w:val="Title"/>
        <w:jc w:val="center"/>
      </w:pPr>
      <w:r>
        <w:rPr>
          <w:rFonts w:ascii="ＭＳ ゴシック" w:hAnsi="ＭＳ ゴシック" w:eastAsia="ＭＳ ゴシック" w:cs="ＭＳ ゴシック"/>
          <w:b/>
        </w:rPr>
        <w:t xml:space="preserve">職務経歴書</w:t>
      </w:r>
    </w:p>
    <w:p>
      <w:pPr>
        <w:jc w:val="right"/>
      </w:pPr>
      <w:r>
        <w:rPr>
          <w:rFonts w:ascii="ＭＳ 明朝" w:hAnsi="ＭＳ 明朝" w:eastAsia="ＭＳ 明朝" w:cs="ＭＳ 明朝"/>
        </w:rPr>
        <w:t xml:space="preserve">［〇〇］年［〇］月［〇］日現在</w:t>
      </w:r>
    </w:p>
    <w:p>
      <w:pPr>
        <w:jc w:val="right"/>
      </w:pPr>
      <w:r>
        <w:rPr>
          <w:rFonts w:ascii="ＭＳ 明朝" w:hAnsi="ＭＳ 明朝" w:eastAsia="ＭＳ 明朝" w:cs="ＭＳ 明朝"/>
        </w:rPr>
        <w:t xml:space="preserve">氏名：［氏名］</w:t>
      </w:r>
    </w:p>
    <w:p>
      <w:pPr>
        <w:pStyle w:val="Heading1"/>
      </w:pPr>
      <w:r>
        <w:rPr>
          <w:rFonts w:ascii="ＭＳ ゴシック" w:hAnsi="ＭＳ ゴシック" w:eastAsia="ＭＳ ゴシック" w:cs="ＭＳ ゴシック"/>
          <w:b/>
        </w:rPr>
        <w:t xml:space="preserve">職務要約</w:t>
      </w:r>
    </w:p>
    <w:p>
      <w:pPr/>
      <w:r>
        <w:rPr>
          <w:rFonts w:ascii="ＭＳ 明朝" w:hAnsi="ＭＳ 明朝" w:eastAsia="ＭＳ 明朝" w:cs="ＭＳ 明朝"/>
        </w:rPr>
        <w:t xml:space="preserve">［どこで、何を扱い、どの作業をしてきたかを2〜3文で。最後に、工夫していたことを一言］</w:t>
      </w:r>
    </w:p>
    <w:p>
      <w:pPr>
        <w:pStyle w:val="Heading1"/>
      </w:pPr>
      <w:r>
        <w:rPr>
          <w:rFonts w:ascii="ＭＳ ゴシック" w:hAnsi="ＭＳ ゴシック" w:eastAsia="ＭＳ ゴシック" w:cs="ＭＳ ゴシック"/>
          <w:b/>
        </w:rPr>
        <w:t xml:space="preserve">職務経歴</w:t>
      </w:r>
    </w:p>
    <w:p>
      <w:pPr/>
      <w:r>
        <w:rPr>
          <w:rFonts w:ascii="ＭＳ 明朝" w:hAnsi="ＭＳ 明朝" w:eastAsia="ＭＳ 明朝" w:cs="ＭＳ 明朝"/>
        </w:rPr>
        <w:t xml:space="preserve">［〇〇年〇月］〜［〇〇年〇月／現在］　［会社名］（［物流倉庫など］）</w:t>
      </w:r>
    </w:p>
    <w:p>
      <w:pPr/>
      <w:r>
        <w:rPr>
          <w:rFonts w:ascii="ＭＳ 明朝" w:hAnsi="ＭＳ 明朝" w:eastAsia="ＭＳ 明朝" w:cs="ＭＳ 明朝"/>
        </w:rPr>
        <w:t xml:space="preserve">雇用形態：</w:t>
      </w:r>
      <w:r>
        <w:rPr>
          <w:rFonts w:ascii="ＭＳ 明朝" w:hAnsi="ＭＳ 明朝" w:eastAsia="ＭＳ 明朝" w:cs="ＭＳ 明朝"/>
        </w:rPr>
        <w:t xml:space="preserve">［正社員・契約社員・パート・派遣社員など］</w:t>
      </w:r>
    </w:p>
    <w:p>
      <w:pPr/>
      <w:r>
        <w:rPr>
          <w:rFonts w:ascii="ＭＳ 明朝" w:hAnsi="ＭＳ 明朝" w:eastAsia="ＭＳ 明朝" w:cs="ＭＳ 明朝"/>
        </w:rPr>
        <w:t xml:space="preserve">取扱商品：</w:t>
      </w:r>
      <w:r>
        <w:rPr>
          <w:rFonts w:ascii="ＭＳ 明朝" w:hAnsi="ＭＳ 明朝" w:eastAsia="ＭＳ 明朝" w:cs="ＭＳ 明朝"/>
        </w:rPr>
        <w:t xml:space="preserve">［扱っていた商品。例：日用品・消耗品・食品］</w:t>
      </w:r>
    </w:p>
    <w:p>
      <w:pPr/>
      <w:r>
        <w:rPr>
          <w:rFonts w:ascii="ＭＳ 明朝" w:hAnsi="ＭＳ 明朝" w:eastAsia="ＭＳ 明朝" w:cs="ＭＳ 明朝"/>
        </w:rPr>
        <w:t xml:space="preserve">担当業務：</w:t>
      </w:r>
      <w:r>
        <w:rPr>
          <w:rFonts w:ascii="ＭＳ 明朝" w:hAnsi="ＭＳ 明朝" w:eastAsia="ＭＳ 明朝" w:cs="ＭＳ 明朝"/>
        </w:rPr>
        <w:t xml:space="preserve">入荷・検品・棚入れ／ピッキング（ハンディ使用）／梱包・仕分け／出荷・積み込み／棚卸　［していない作業は消す］</w:t>
      </w:r>
    </w:p>
    <w:p>
      <w:pPr/>
      <w:r>
        <w:rPr>
          <w:rFonts w:ascii="ＭＳ 明朝" w:hAnsi="ＭＳ 明朝" w:eastAsia="ＭＳ 明朝" w:cs="ＭＳ 明朝"/>
        </w:rPr>
        <w:t xml:space="preserve">使用した機器：</w:t>
      </w:r>
      <w:r>
        <w:rPr>
          <w:rFonts w:ascii="ＭＳ 明朝" w:hAnsi="ＭＳ 明朝" w:eastAsia="ＭＳ 明朝" w:cs="ＭＳ 明朝"/>
        </w:rPr>
        <w:t xml:space="preserve">［例：フォークリフト（カウンター／リーチ）、ハンディ端末。使っていなければこの行ごと消す］</w:t>
      </w:r>
    </w:p>
    <w:p>
      <w:pPr/>
      <w:r>
        <w:rPr>
          <w:rFonts w:ascii="ＭＳ 明朝" w:hAnsi="ＭＳ 明朝" w:eastAsia="ＭＳ 明朝" w:cs="ＭＳ 明朝"/>
        </w:rPr>
        <w:t xml:space="preserve">作業量：</w:t>
      </w:r>
      <w:r>
        <w:rPr>
          <w:rFonts w:ascii="ＭＳ 明朝" w:hAnsi="ＭＳ 明朝" w:eastAsia="ＭＳ 明朝" w:cs="ＭＳ 明朝"/>
        </w:rPr>
        <w:t xml:space="preserve">［例：1日の出荷件数 約〇〇件。覚えていなければこの行ごと消す。数字は作らない］</w:t>
      </w:r>
    </w:p>
    <w:p>
      <w:pPr/>
      <w:r>
        <w:rPr>
          <w:rFonts w:ascii="ＭＳ 明朝" w:hAnsi="ＭＳ 明朝" w:eastAsia="ＭＳ 明朝" w:cs="ＭＳ 明朝"/>
          <w:color w:val="808080"/>
          <w:sz w:val="18"/>
          <w:szCs w:val="18"/>
        </w:rPr>
        <w:t xml:space="preserve">勤め先が複数ある場合は、「職務経歴」の見出しの下を会社ごとにコピーして増やしてください。この行は消します。</w:t>
      </w:r>
    </w:p>
    <w:p>
      <w:pPr>
        <w:pStyle w:val="Heading1"/>
      </w:pPr>
      <w:r>
        <w:rPr>
          <w:rFonts w:ascii="ＭＳ ゴシック" w:hAnsi="ＭＳ ゴシック" w:eastAsia="ＭＳ ゴシック" w:cs="ＭＳ ゴシック"/>
          <w:b/>
        </w:rPr>
        <w:t xml:space="preserve">工夫したこと</w:t>
      </w:r>
    </w:p>
    <w:p>
      <w:pPr>
        <w:ind w:left="420" w:hanging="210"/>
      </w:pPr>
      <w:r>
        <w:rPr>
          <w:rFonts w:ascii="ＭＳ 明朝" w:hAnsi="ＭＳ 明朝" w:eastAsia="ＭＳ 明朝" w:cs="ＭＳ 明朝"/>
        </w:rPr>
        <w:t xml:space="preserve">・</w:t>
      </w:r>
      <w:r>
        <w:rPr>
          <w:rFonts w:ascii="ＭＳ 明朝" w:hAnsi="ＭＳ 明朝" w:eastAsia="ＭＳ 明朝" w:cs="ＭＳ 明朝"/>
        </w:rPr>
        <w:t xml:space="preserve">［間違いを防ぐためにしていた確認。例：出荷前の数量・品目を2人で確かめた］</w:t>
      </w:r>
    </w:p>
    <w:p>
      <w:pPr>
        <w:ind w:left="420" w:hanging="210"/>
      </w:pPr>
      <w:r>
        <w:rPr>
          <w:rFonts w:ascii="ＭＳ 明朝" w:hAnsi="ＭＳ 明朝" w:eastAsia="ＭＳ 明朝" w:cs="ＭＳ 明朝"/>
        </w:rPr>
        <w:t xml:space="preserve">・</w:t>
      </w:r>
      <w:r>
        <w:rPr>
          <w:rFonts w:ascii="ＭＳ 明朝" w:hAnsi="ＭＳ 明朝" w:eastAsia="ＭＳ 明朝" w:cs="ＭＳ 明朝"/>
        </w:rPr>
        <w:t xml:space="preserve">［作業を止めないための準備や段取り。例：入荷前に荷受け場所・格納場所を空けておいた］</w:t>
      </w:r>
    </w:p>
    <w:p>
      <w:pPr>
        <w:ind w:left="420" w:hanging="210"/>
      </w:pPr>
      <w:r>
        <w:rPr>
          <w:rFonts w:ascii="ＭＳ 明朝" w:hAnsi="ＭＳ 明朝" w:eastAsia="ＭＳ 明朝" w:cs="ＭＳ 明朝"/>
        </w:rPr>
        <w:t xml:space="preserve">・</w:t>
      </w:r>
      <w:r>
        <w:rPr>
          <w:rFonts w:ascii="ＭＳ 明朝" w:hAnsi="ＭＳ 明朝" w:eastAsia="ＭＳ 明朝" w:cs="ＭＳ 明朝"/>
        </w:rPr>
        <w:t xml:space="preserve">［そのほか毎日気をつけていたこと。なければこの行ごと消す］</w:t>
      </w:r>
    </w:p>
    <w:p>
      <w:pPr>
        <w:pStyle w:val="Heading1"/>
      </w:pPr>
      <w:r>
        <w:rPr>
          <w:rFonts w:ascii="ＭＳ ゴシック" w:hAnsi="ＭＳ ゴシック" w:eastAsia="ＭＳ ゴシック" w:cs="ＭＳ ゴシック"/>
          <w:b/>
        </w:rPr>
        <w:t xml:space="preserve">免許・資格</w:t>
      </w:r>
    </w:p>
    <w:p>
      <w:pPr/>
      <w:r>
        <w:rPr>
          <w:rFonts w:ascii="ＭＳ 明朝" w:hAnsi="ＭＳ 明朝" w:eastAsia="ＭＳ 明朝" w:cs="ＭＳ 明朝"/>
        </w:rPr>
        <w:t xml:space="preserve">［〇〇年〇月］　［例：普通自動車第一種運転免許 取得］</w:t>
      </w:r>
    </w:p>
    <w:p>
      <w:pPr/>
      <w:r>
        <w:rPr>
          <w:rFonts w:ascii="ＭＳ 明朝" w:hAnsi="ＭＳ 明朝" w:eastAsia="ＭＳ 明朝" w:cs="ＭＳ 明朝"/>
        </w:rPr>
        <w:t xml:space="preserve">［〇〇年〇月］　［例：フォークリフト運転技能講習 修了］</w:t>
      </w:r>
    </w:p>
    <w:p>
      <w:pPr>
        <w:pStyle w:val="Heading1"/>
      </w:pPr>
      <w:r>
        <w:rPr>
          <w:rFonts w:ascii="ＭＳ ゴシック" w:hAnsi="ＭＳ ゴシック" w:eastAsia="ＭＳ ゴシック" w:cs="ＭＳ ゴシック"/>
          <w:b/>
        </w:rPr>
        <w:t xml:space="preserve">自己PR</w:t>
      </w:r>
    </w:p>
    <w:p>
      <w:pPr/>
      <w:r>
        <w:rPr>
          <w:rFonts w:ascii="ＭＳ 明朝" w:hAnsi="ＭＳ 明朝" w:eastAsia="ＭＳ 明朝" w:cs="ＭＳ 明朝"/>
        </w:rPr>
        <w:t xml:space="preserve">［上の「工夫したこと」を根拠に、自分の強みと、応募先で活かしたいことを2〜3文で］</w:t>
      </w:r>
    </w:p>
    <w:p>
      <w:pPr>
        <w:jc w:val="right"/>
      </w:pPr>
      <w:r>
        <w:rPr>
          <w:rFonts w:ascii="ＭＳ 明朝" w:hAnsi="ＭＳ 明朝" w:eastAsia="ＭＳ 明朝" w:cs="ＭＳ 明朝"/>
        </w:rPr>
        <w:t xml:space="preserve">以上</w:t>
      </w:r>
    </w:p>
    <w:sectPr>
      <w:pgSz w:w="11906" w:h="16838"/>
      <w:pgMar w:top="964" w:right="1134" w:bottom="964" w:left="1134" w:header="567" w:footer="567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80"/>
    </w:pPr>
    <w:rPr>
      <w:rFonts w:ascii="ＭＳ 明朝" w:hAnsi="ＭＳ 明朝" w:eastAsia="ＭＳ 明朝" w:cs="ＭＳ 明朝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ＭＳ 明朝" w:hAnsi="ＭＳ 明朝" w:eastAsia="ＭＳ 明朝" w:cs="ＭＳ 明朝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ＭＳ 明朝" w:hAnsi="ＭＳ 明朝" w:eastAsia="ＭＳ 明朝" w:cs="ＭＳ 明朝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ＭＳ 明朝" w:hAnsi="ＭＳ 明朝" w:eastAsia="ＭＳ 明朝" w:cs="ＭＳ 明朝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ＭＳ 明朝" w:hAnsi="ＭＳ 明朝" w:eastAsia="ＭＳ 明朝" w:cs="ＭＳ 明朝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ＭＳ 明朝" w:hAnsi="ＭＳ 明朝" w:eastAsia="ＭＳ 明朝" w:cs="ＭＳ 明朝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ＭＳ 明朝" w:hAnsi="ＭＳ 明朝" w:eastAsia="ＭＳ 明朝" w:cs="ＭＳ 明朝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ＭＳ 明朝" w:hAnsi="ＭＳ 明朝" w:eastAsia="ＭＳ 明朝" w:cs="ＭＳ 明朝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ＭＳ 明朝" w:hAnsi="ＭＳ 明朝" w:eastAsia="ＭＳ 明朝" w:cs="ＭＳ 明朝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ＭＳ 明朝" w:hAnsi="ＭＳ 明朝" w:eastAsia="ＭＳ 明朝" w:cs="ＭＳ 明朝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ＭＳ 明朝" w:hAnsi="ＭＳ 明朝" w:eastAsia="ＭＳ 明朝" w:cs="ＭＳ 明朝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ＭＳ 明朝" w:hAnsi="ＭＳ 明朝" w:eastAsia="ＭＳ 明朝" w:cs="ＭＳ 明朝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ＭＳ 明朝" w:hAnsi="ＭＳ 明朝" w:eastAsia="ＭＳ 明朝" w:cs="ＭＳ 明朝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ＭＳ 明朝" w:hAnsi="ＭＳ 明朝" w:eastAsia="ＭＳ 明朝" w:cs="ＭＳ 明朝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ＭＳ 明朝" w:hAnsi="ＭＳ 明朝" w:eastAsia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ＭＳ 明朝" w:hAnsi="ＭＳ 明朝" w:eastAsia="ＭＳ 明朝" w:cs="ＭＳ 明朝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ＭＳ 明朝" w:hAnsi="ＭＳ 明朝" w:eastAsia="ＭＳ 明朝" w:cs="ＭＳ 明朝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ＭＳ 明朝" w:hAnsi="ＭＳ 明朝" w:eastAsia="ＭＳ 明朝" w:cs="ＭＳ 明朝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ＭＳ 明朝" w:hAnsi="ＭＳ 明朝" w:eastAsia="ＭＳ 明朝" w:cs="ＭＳ 明朝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ＭＳ 明朝" w:hAnsi="ＭＳ 明朝" w:eastAsia="ＭＳ 明朝" w:cs="ＭＳ 明朝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ＭＳ 明朝" w:hAnsi="ＭＳ 明朝" w:eastAsia="ＭＳ 明朝" w:cs="ＭＳ 明朝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ＭＳ 明朝" w:hAnsi="ＭＳ 明朝" w:eastAsia="ＭＳ 明朝" w:cs="ＭＳ 明朝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ＭＳ 明朝" w:hAnsi="ＭＳ 明朝" w:eastAsia="ＭＳ 明朝" w:cs="ＭＳ 明朝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ＭＳ 明朝" w:hAnsi="ＭＳ 明朝" w:eastAsia="ＭＳ 明朝" w:cs="ＭＳ 明朝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ＭＳ 明朝" w:hAnsi="ＭＳ 明朝" w:eastAsia="ＭＳ 明朝" w:cs="ＭＳ 明朝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hAnsi="ＭＳ 明朝" w:eastAsia="ＭＳ 明朝" w:cs="ＭＳ 明朝"/>
        <w:b/>
        <w:bCs/>
      </w:rPr>
    </w:tblStylePr>
    <w:tblStylePr w:type="lastCol"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hAnsi="ＭＳ 明朝" w:eastAsia="ＭＳ 明朝" w:cs="ＭＳ 明朝"/>
        <w:b/>
        <w:bCs/>
      </w:rPr>
    </w:tblStylePr>
    <w:tblStylePr w:type="lastCol"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hAnsi="ＭＳ 明朝" w:eastAsia="ＭＳ 明朝" w:cs="ＭＳ 明朝"/>
        <w:b/>
        <w:bCs/>
      </w:rPr>
    </w:tblStylePr>
    <w:tblStylePr w:type="lastCol"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hAnsi="ＭＳ 明朝" w:eastAsia="ＭＳ 明朝" w:cs="ＭＳ 明朝"/>
        <w:b/>
        <w:bCs/>
      </w:rPr>
    </w:tblStylePr>
    <w:tblStylePr w:type="lastCol"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hAnsi="ＭＳ 明朝" w:eastAsia="ＭＳ 明朝" w:cs="ＭＳ 明朝"/>
        <w:b/>
        <w:bCs/>
      </w:rPr>
    </w:tblStylePr>
    <w:tblStylePr w:type="lastCol"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hAnsi="ＭＳ 明朝" w:eastAsia="ＭＳ 明朝" w:cs="ＭＳ 明朝"/>
        <w:b/>
        <w:bCs/>
      </w:rPr>
    </w:tblStylePr>
    <w:tblStylePr w:type="lastCol"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hAnsi="ＭＳ 明朝" w:eastAsia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hAnsi="ＭＳ 明朝" w:eastAsia="ＭＳ 明朝" w:cs="ＭＳ 明朝"/>
        <w:b/>
        <w:bCs/>
      </w:rPr>
    </w:tblStylePr>
    <w:tblStylePr w:type="lastCol">
      <w:rPr>
        <w:rFonts w:ascii="ＭＳ 明朝" w:hAnsi="ＭＳ 明朝" w:eastAsia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ＭＳ 明朝" w:hAnsi="ＭＳ 明朝" w:eastAsia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ＭＳ 明朝" w:hAnsi="ＭＳ 明朝" w:eastAsia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ＭＳ 明朝" w:hAnsi="ＭＳ 明朝" w:eastAsia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ＭＳ 明朝" w:hAnsi="ＭＳ 明朝" w:eastAsia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ＭＳ 明朝" w:hAnsi="ＭＳ 明朝" w:eastAsia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ＭＳ 明朝" w:hAnsi="ＭＳ 明朝" w:eastAsia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ＭＳ 明朝" w:hAnsi="ＭＳ 明朝" w:eastAsia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ＭＳ 明朝" w:hAnsi="ＭＳ 明朝" w:eastAsia="ＭＳ 明朝" w:cs="ＭＳ 明朝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subject>倉庫内作業の経験を記入する編集用ひな形</dc:subject>
  <dc:creator/>
  <cp:keywords/>
  <dc:description/>
  <cp:lastModifiedBy/>
  <cp:revision>1</cp:revision>
  <dcterms:created xsi:type="dcterms:W3CDTF">2026-10-24T00:00:00Z</dcterms:created>
  <dcterms:modified xsi:type="dcterms:W3CDTF">2026-10-24T00:00:00Z</dcterms:modified>
  <cp:category/>
</cp:coreProperties>
</file>